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3402"/>
        <w:gridCol w:w="709"/>
        <w:gridCol w:w="1417"/>
        <w:gridCol w:w="2495"/>
      </w:tblGrid>
      <w:tr w:rsidR="009742C5" w:rsidRPr="00A568AD" w14:paraId="302D48F7" w14:textId="77777777" w:rsidTr="00A568AD">
        <w:trPr>
          <w:cantSplit/>
          <w:trHeight w:hRule="exact" w:val="600"/>
          <w:jc w:val="center"/>
        </w:trPr>
        <w:tc>
          <w:tcPr>
            <w:tcW w:w="10434" w:type="dxa"/>
            <w:gridSpan w:val="6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132AD41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b/>
                <w:sz w:val="28"/>
                <w:lang w:eastAsia="ko-KR"/>
              </w:rPr>
              <w:t>「2026 한일 대학생 우정의 만남」 참가 지원서</w:t>
            </w:r>
          </w:p>
        </w:tc>
      </w:tr>
      <w:tr w:rsidR="009742C5" w:rsidRPr="00A568AD" w14:paraId="1C193873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45507F7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소속대학</w:t>
            </w:r>
            <w:proofErr w:type="spellEnd"/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D1F7F92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한글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C6DF303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1106DF1" w14:textId="4DAE205A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학년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E5684B4" w14:textId="77777777" w:rsidR="009742C5" w:rsidRPr="00A568AD" w:rsidRDefault="009742C5">
            <w:pPr>
              <w:jc w:val="center"/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82DB22D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  <w:proofErr w:type="gramStart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>사  진</w:t>
            </w:r>
            <w:proofErr w:type="gramEnd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br/>
            </w:r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br/>
              <w:t>※ 최근 3개월 이내</w:t>
            </w:r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br/>
              <w:t>촬영한 사진</w:t>
            </w:r>
          </w:p>
        </w:tc>
      </w:tr>
      <w:tr w:rsidR="009742C5" w:rsidRPr="00A568AD" w14:paraId="1D799B58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0E974DED" w14:textId="77777777" w:rsidR="009742C5" w:rsidRPr="00A568AD" w:rsidRDefault="009742C5">
            <w:pPr>
              <w:rPr>
                <w:rFonts w:ascii="함초롬바탕" w:eastAsia="함초롬바탕" w:hAnsi="함초롬바탕" w:cs="함초롬바탕"/>
                <w:lang w:eastAsia="ko-KR"/>
              </w:rPr>
            </w:pP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D952EC6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한자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F304C2E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3AE749E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41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560B819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1277EAD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30AC164E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D4932E5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r w:rsidRPr="00A568AD">
              <w:rPr>
                <w:rFonts w:ascii="함초롬바탕" w:eastAsia="함초롬바탕" w:hAnsi="함초롬바탕" w:cs="함초롬바탕"/>
                <w:b/>
              </w:rPr>
              <w:t>학  과</w:t>
            </w: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C32504F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한글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13FCDB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57C4290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41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1B6767FC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690CF1F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7140ECE0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54E08C4C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57310E8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한자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A5C7131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776F47A1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41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031BDBBC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5EC972A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780E05BE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2CC4DA7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r w:rsidRPr="00A568AD">
              <w:rPr>
                <w:rFonts w:ascii="함초롬바탕" w:eastAsia="함초롬바탕" w:hAnsi="함초롬바탕" w:cs="함초롬바탕"/>
                <w:b/>
              </w:rPr>
              <w:t>성  명</w:t>
            </w: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2CBD84F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한글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3623F7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50EAFB2" w14:textId="2C1C055F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국적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F7707F8" w14:textId="77777777" w:rsidR="009742C5" w:rsidRPr="00A568AD" w:rsidRDefault="009742C5">
            <w:pPr>
              <w:jc w:val="center"/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747999C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77E01CE2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4CFF33BF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5710B9D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한자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CD76F17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3FCD6BF2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41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46B2EB4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58F987EB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0B9B566C" w14:textId="77777777" w:rsidTr="00A568AD">
        <w:trPr>
          <w:cantSplit/>
          <w:trHeight w:hRule="exact" w:val="34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6BC0F41F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4624A5C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영문</w:t>
            </w:r>
            <w:proofErr w:type="spellEnd"/>
          </w:p>
        </w:tc>
        <w:tc>
          <w:tcPr>
            <w:tcW w:w="3402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9CBAA6D" w14:textId="77777777" w:rsidR="009742C5" w:rsidRPr="00A568AD" w:rsidRDefault="00000000">
            <w:pPr>
              <w:rPr>
                <w:rFonts w:ascii="함초롬바탕" w:eastAsia="함초롬바탕" w:hAnsi="함초롬바탕" w:cs="함초롬바탕"/>
              </w:rPr>
            </w:pPr>
            <w:r w:rsidRPr="00A568AD">
              <w:rPr>
                <w:rFonts w:ascii="함초롬바탕" w:eastAsia="함초롬바탕" w:hAnsi="함초롬바탕" w:cs="함초롬바탕"/>
                <w:sz w:val="17"/>
              </w:rPr>
              <w:t>(</w:t>
            </w:r>
            <w:proofErr w:type="spellStart"/>
            <w:r w:rsidRPr="00A568AD">
              <w:rPr>
                <w:rFonts w:ascii="함초롬바탕" w:eastAsia="함초롬바탕" w:hAnsi="함초롬바탕" w:cs="함초롬바탕"/>
                <w:sz w:val="17"/>
              </w:rPr>
              <w:t>여권명</w:t>
            </w:r>
            <w:proofErr w:type="spellEnd"/>
            <w:r w:rsidRPr="00A568AD">
              <w:rPr>
                <w:rFonts w:ascii="함초롬바탕" w:eastAsia="함초롬바탕" w:hAnsi="함초롬바탕" w:cs="함초롬바탕"/>
                <w:sz w:val="17"/>
              </w:rPr>
              <w:t>)</w:t>
            </w:r>
          </w:p>
        </w:tc>
        <w:tc>
          <w:tcPr>
            <w:tcW w:w="709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0555ECDF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41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4C6CCF3F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0557927C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28DFFF5D" w14:textId="77777777" w:rsidTr="00A568AD">
        <w:trPr>
          <w:cantSplit/>
          <w:trHeight w:hRule="exact" w:val="860"/>
          <w:jc w:val="center"/>
        </w:trPr>
        <w:tc>
          <w:tcPr>
            <w:tcW w:w="1277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14F29A0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b/>
                <w:sz w:val="17"/>
                <w:lang w:eastAsia="ko-KR"/>
              </w:rPr>
              <w:t>생년월일</w:t>
            </w:r>
            <w:r w:rsidRPr="00A568AD">
              <w:rPr>
                <w:rFonts w:ascii="함초롬바탕" w:eastAsia="함초롬바탕" w:hAnsi="함초롬바탕" w:cs="함초롬바탕"/>
                <w:b/>
                <w:sz w:val="17"/>
                <w:lang w:eastAsia="ko-KR"/>
              </w:rPr>
              <w:br/>
              <w:t>(</w:t>
            </w: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7"/>
                <w:lang w:eastAsia="ko-KR"/>
              </w:rPr>
              <w:t>yy</w:t>
            </w:r>
            <w:proofErr w:type="spellEnd"/>
            <w:r w:rsidRPr="00A568AD">
              <w:rPr>
                <w:rFonts w:ascii="함초롬바탕" w:eastAsia="함초롬바탕" w:hAnsi="함초롬바탕" w:cs="함초롬바탕"/>
                <w:b/>
                <w:sz w:val="17"/>
                <w:lang w:eastAsia="ko-KR"/>
              </w:rPr>
              <w:t>-mm-dd)</w:t>
            </w:r>
          </w:p>
        </w:tc>
        <w:tc>
          <w:tcPr>
            <w:tcW w:w="4536" w:type="dxa"/>
            <w:gridSpan w:val="2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FCC866" w14:textId="77777777" w:rsidR="009742C5" w:rsidRPr="00A568AD" w:rsidRDefault="00000000">
            <w:pPr>
              <w:rPr>
                <w:rFonts w:ascii="함초롬바탕" w:eastAsia="함초롬바탕" w:hAnsi="함초롬바탕" w:cs="함초롬바탕"/>
              </w:rPr>
            </w:pPr>
            <w:r w:rsidRPr="00A568AD">
              <w:rPr>
                <w:rFonts w:ascii="함초롬바탕" w:eastAsia="함초롬바탕" w:hAnsi="함초롬바탕" w:cs="함초롬바탕"/>
              </w:rPr>
              <w:t>(만       세)</w:t>
            </w:r>
          </w:p>
        </w:tc>
        <w:tc>
          <w:tcPr>
            <w:tcW w:w="709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0A0D2C2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성별</w:t>
            </w:r>
            <w:proofErr w:type="spellEnd"/>
          </w:p>
        </w:tc>
        <w:tc>
          <w:tcPr>
            <w:tcW w:w="1417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C25749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r w:rsidRPr="00A568AD">
              <w:rPr>
                <w:rFonts w:ascii="함초롬바탕" w:eastAsia="함초롬바탕" w:hAnsi="함초롬바탕" w:cs="함초롬바탕"/>
              </w:rPr>
              <w:t>□ 남  □ 여</w:t>
            </w:r>
          </w:p>
        </w:tc>
        <w:tc>
          <w:tcPr>
            <w:tcW w:w="2495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7E9B5A31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0F2322B9" w14:textId="77777777" w:rsidTr="00A568AD">
        <w:trPr>
          <w:cantSplit/>
          <w:trHeight w:hRule="exact" w:val="520"/>
          <w:jc w:val="center"/>
        </w:trPr>
        <w:tc>
          <w:tcPr>
            <w:tcW w:w="1277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546C7A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gramStart"/>
            <w:r w:rsidRPr="00A568AD">
              <w:rPr>
                <w:rFonts w:ascii="함초롬바탕" w:eastAsia="함초롬바탕" w:hAnsi="함초롬바탕" w:cs="함초롬바탕"/>
                <w:b/>
              </w:rPr>
              <w:t>주  소</w:t>
            </w:r>
            <w:proofErr w:type="gramEnd"/>
          </w:p>
        </w:tc>
        <w:tc>
          <w:tcPr>
            <w:tcW w:w="9157" w:type="dxa"/>
            <w:gridSpan w:val="5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5D2480F" w14:textId="0B822327" w:rsidR="009742C5" w:rsidRPr="00A568AD" w:rsidRDefault="00253196">
            <w:pPr>
              <w:rPr>
                <w:rFonts w:ascii="함초롬바탕" w:eastAsia="함초롬바탕" w:hAnsi="함초롬바탕" w:cs="함초롬바탕"/>
                <w:lang w:eastAsia="ko-KR"/>
              </w:rPr>
            </w:pPr>
            <w:r w:rsidRPr="00253196">
              <w:rPr>
                <w:rFonts w:ascii="함초롬바탕" w:eastAsia="함초롬바탕" w:hAnsi="함초롬바탕" w:cs="함초롬바탕" w:hint="eastAsia"/>
                <w:color w:val="808080" w:themeColor="background1" w:themeShade="80"/>
                <w:lang w:eastAsia="ko-KR"/>
              </w:rPr>
              <w:t>(</w:t>
            </w:r>
            <w:proofErr w:type="gramStart"/>
            <w:r w:rsidRPr="00253196">
              <w:rPr>
                <w:rFonts w:ascii="함초롬바탕" w:eastAsia="함초롬바탕" w:hAnsi="함초롬바탕" w:cs="함초롬바탕" w:hint="eastAsia"/>
                <w:color w:val="808080" w:themeColor="background1" w:themeShade="80"/>
                <w:lang w:eastAsia="ko-KR"/>
              </w:rPr>
              <w:t>시,군</w:t>
            </w:r>
            <w:proofErr w:type="gramEnd"/>
            <w:r w:rsidRPr="00253196">
              <w:rPr>
                <w:rFonts w:ascii="함초롬바탕" w:eastAsia="함초롬바탕" w:hAnsi="함초롬바탕" w:cs="함초롬바탕" w:hint="eastAsia"/>
                <w:color w:val="808080" w:themeColor="background1" w:themeShade="80"/>
                <w:lang w:eastAsia="ko-KR"/>
              </w:rPr>
              <w:t>,</w:t>
            </w:r>
            <w:proofErr w:type="spellStart"/>
            <w:r w:rsidRPr="00253196">
              <w:rPr>
                <w:rFonts w:ascii="함초롬바탕" w:eastAsia="함초롬바탕" w:hAnsi="함초롬바탕" w:cs="함초롬바탕" w:hint="eastAsia"/>
                <w:color w:val="808080" w:themeColor="background1" w:themeShade="80"/>
                <w:lang w:eastAsia="ko-KR"/>
              </w:rPr>
              <w:t>구까지만</w:t>
            </w:r>
            <w:proofErr w:type="spellEnd"/>
            <w:r w:rsidRPr="00253196">
              <w:rPr>
                <w:rFonts w:ascii="함초롬바탕" w:eastAsia="함초롬바탕" w:hAnsi="함초롬바탕" w:cs="함초롬바탕" w:hint="eastAsia"/>
                <w:color w:val="808080" w:themeColor="background1" w:themeShade="80"/>
                <w:lang w:eastAsia="ko-KR"/>
              </w:rPr>
              <w:t xml:space="preserve"> 기재)</w:t>
            </w:r>
          </w:p>
        </w:tc>
      </w:tr>
      <w:tr w:rsidR="009742C5" w:rsidRPr="00A568AD" w14:paraId="594A238F" w14:textId="77777777" w:rsidTr="00A568AD">
        <w:trPr>
          <w:cantSplit/>
          <w:trHeight w:hRule="exact" w:val="350"/>
          <w:jc w:val="center"/>
        </w:trPr>
        <w:tc>
          <w:tcPr>
            <w:tcW w:w="127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1F7BA52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연락처</w:t>
            </w:r>
            <w:proofErr w:type="spellEnd"/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7B3AE96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휴대폰</w:t>
            </w:r>
            <w:proofErr w:type="spellEnd"/>
          </w:p>
        </w:tc>
        <w:tc>
          <w:tcPr>
            <w:tcW w:w="8023" w:type="dxa"/>
            <w:gridSpan w:val="4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3D7F51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06F90674" w14:textId="77777777" w:rsidTr="00A568AD">
        <w:trPr>
          <w:cantSplit/>
          <w:trHeight w:hRule="exact" w:val="35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0C431CB0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B04975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이메일</w:t>
            </w:r>
            <w:proofErr w:type="spellEnd"/>
          </w:p>
        </w:tc>
        <w:tc>
          <w:tcPr>
            <w:tcW w:w="8023" w:type="dxa"/>
            <w:gridSpan w:val="4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6FEC5D9" w14:textId="77777777" w:rsidR="009742C5" w:rsidRPr="00A568AD" w:rsidRDefault="009742C5">
            <w:pPr>
              <w:rPr>
                <w:rFonts w:ascii="함초롬바탕" w:eastAsia="함초롬바탕" w:hAnsi="함초롬바탕" w:cs="함초롬바탕"/>
              </w:rPr>
            </w:pPr>
          </w:p>
        </w:tc>
      </w:tr>
      <w:tr w:rsidR="009742C5" w:rsidRPr="00A568AD" w14:paraId="2E2B9AE0" w14:textId="77777777" w:rsidTr="00A568AD">
        <w:trPr>
          <w:cantSplit/>
          <w:trHeight w:val="900"/>
          <w:jc w:val="center"/>
        </w:trPr>
        <w:tc>
          <w:tcPr>
            <w:tcW w:w="127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A7943D8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어학</w:t>
            </w:r>
            <w:proofErr w:type="spellEnd"/>
            <w:r w:rsidRPr="00A568AD">
              <w:rPr>
                <w:rFonts w:ascii="함초롬바탕" w:eastAsia="함초롬바탕" w:hAnsi="함초롬바탕" w:cs="함초롬바탕"/>
                <w:b/>
              </w:rPr>
              <w:br/>
            </w:r>
            <w:proofErr w:type="spellStart"/>
            <w:r w:rsidRPr="00A568AD">
              <w:rPr>
                <w:rFonts w:ascii="함초롬바탕" w:eastAsia="함초롬바탕" w:hAnsi="함초롬바탕" w:cs="함초롬바탕"/>
                <w:b/>
              </w:rPr>
              <w:t>능력</w:t>
            </w:r>
            <w:proofErr w:type="spellEnd"/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92C75AF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영어</w:t>
            </w:r>
            <w:proofErr w:type="spellEnd"/>
          </w:p>
        </w:tc>
        <w:tc>
          <w:tcPr>
            <w:tcW w:w="5528" w:type="dxa"/>
            <w:gridSpan w:val="3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9AB8799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lang w:eastAsia="ko-KR"/>
              </w:rPr>
              <w:t>□상급      □중급      □초급      □못함</w:t>
            </w:r>
          </w:p>
        </w:tc>
        <w:tc>
          <w:tcPr>
            <w:tcW w:w="2495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47DEE4B" w14:textId="02B4EADF" w:rsidR="009742C5" w:rsidRPr="00A568AD" w:rsidRDefault="00000000">
            <w:pPr>
              <w:spacing w:line="216" w:lineRule="auto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3"/>
                <w:lang w:eastAsia="ko-KR"/>
              </w:rPr>
              <w:t>상급: 난해한 내용을 정확히 이해하고 표현</w:t>
            </w:r>
            <w:r w:rsidRPr="00A568AD">
              <w:rPr>
                <w:rFonts w:ascii="함초롬바탕" w:eastAsia="함초롬바탕" w:hAnsi="함초롬바탕" w:cs="함초롬바탕"/>
                <w:sz w:val="13"/>
                <w:lang w:eastAsia="ko-KR"/>
              </w:rPr>
              <w:br/>
              <w:t>중급: 일반적인 내용을 이해, 표현 가능</w:t>
            </w:r>
            <w:r w:rsidRPr="00A568AD">
              <w:rPr>
                <w:rFonts w:ascii="함초롬바탕" w:eastAsia="함초롬바탕" w:hAnsi="함초롬바탕" w:cs="함초롬바탕"/>
                <w:sz w:val="13"/>
                <w:lang w:eastAsia="ko-KR"/>
              </w:rPr>
              <w:br/>
              <w:t>초급: 기초적인 내용을 이해, 표현 가능</w:t>
            </w:r>
          </w:p>
        </w:tc>
      </w:tr>
      <w:tr w:rsidR="009742C5" w:rsidRPr="00A568AD" w14:paraId="1BBDD13C" w14:textId="77777777" w:rsidTr="00A568AD">
        <w:trPr>
          <w:cantSplit/>
          <w:trHeight w:val="90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59E13EDE" w14:textId="77777777" w:rsidR="009742C5" w:rsidRPr="00A568AD" w:rsidRDefault="009742C5">
            <w:pPr>
              <w:rPr>
                <w:rFonts w:ascii="함초롬바탕" w:eastAsia="함초롬바탕" w:hAnsi="함초롬바탕" w:cs="함초롬바탕"/>
                <w:lang w:eastAsia="ko-KR"/>
              </w:rPr>
            </w:pPr>
          </w:p>
        </w:tc>
        <w:tc>
          <w:tcPr>
            <w:tcW w:w="1134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EDF2F9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135AD08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8"/>
              </w:rPr>
              <w:t>일어</w:t>
            </w:r>
            <w:proofErr w:type="spellEnd"/>
          </w:p>
        </w:tc>
        <w:tc>
          <w:tcPr>
            <w:tcW w:w="5528" w:type="dxa"/>
            <w:gridSpan w:val="3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33BD256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lang w:eastAsia="ko-KR"/>
              </w:rPr>
              <w:t>□상급      □중급      □초급      □못함</w:t>
            </w:r>
          </w:p>
        </w:tc>
        <w:tc>
          <w:tcPr>
            <w:tcW w:w="2495" w:type="dxa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901238E" w14:textId="1C5B537B" w:rsidR="009742C5" w:rsidRPr="00A568AD" w:rsidRDefault="00000000">
            <w:pPr>
              <w:spacing w:line="216" w:lineRule="auto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3"/>
                <w:lang w:eastAsia="ko-KR"/>
              </w:rPr>
              <w:t xml:space="preserve">상급: 난해한 내용을 정확히 이해하고 표현 </w:t>
            </w:r>
            <w:r w:rsidRPr="00A568AD">
              <w:rPr>
                <w:rFonts w:ascii="함초롬바탕" w:eastAsia="함초롬바탕" w:hAnsi="함초롬바탕" w:cs="함초롬바탕"/>
                <w:sz w:val="13"/>
                <w:lang w:eastAsia="ko-KR"/>
              </w:rPr>
              <w:br/>
              <w:t>중급: 일반적인 내용을 이해, 표현 가능</w:t>
            </w:r>
            <w:r w:rsidRPr="00A568AD">
              <w:rPr>
                <w:rFonts w:ascii="함초롬바탕" w:eastAsia="함초롬바탕" w:hAnsi="함초롬바탕" w:cs="함초롬바탕"/>
                <w:sz w:val="13"/>
                <w:lang w:eastAsia="ko-KR"/>
              </w:rPr>
              <w:br/>
              <w:t>초급: 기초적인 내용을 이해, 표현 가능</w:t>
            </w:r>
          </w:p>
        </w:tc>
      </w:tr>
      <w:tr w:rsidR="009742C5" w:rsidRPr="00A568AD" w14:paraId="73308A43" w14:textId="77777777" w:rsidTr="00A568AD">
        <w:trPr>
          <w:cantSplit/>
          <w:trHeight w:hRule="exact" w:val="420"/>
          <w:jc w:val="center"/>
        </w:trPr>
        <w:tc>
          <w:tcPr>
            <w:tcW w:w="1277" w:type="dxa"/>
            <w:vMerge w:val="restart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shd w:val="clear" w:color="auto" w:fill="D9E2F3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C10ABAF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</w:rPr>
            </w:pP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7"/>
              </w:rPr>
              <w:t>어학능력</w:t>
            </w:r>
            <w:proofErr w:type="spellEnd"/>
            <w:r w:rsidRPr="00A568AD">
              <w:rPr>
                <w:rFonts w:ascii="함초롬바탕" w:eastAsia="함초롬바탕" w:hAnsi="함초롬바탕" w:cs="함초롬바탕"/>
                <w:b/>
                <w:sz w:val="17"/>
              </w:rPr>
              <w:br/>
            </w:r>
            <w:proofErr w:type="spellStart"/>
            <w:r w:rsidRPr="00A568AD">
              <w:rPr>
                <w:rFonts w:ascii="함초롬바탕" w:eastAsia="함초롬바탕" w:hAnsi="함초롬바탕" w:cs="함초롬바탕"/>
                <w:b/>
                <w:sz w:val="17"/>
              </w:rPr>
              <w:t>증빙서류</w:t>
            </w:r>
            <w:proofErr w:type="spellEnd"/>
          </w:p>
        </w:tc>
        <w:tc>
          <w:tcPr>
            <w:tcW w:w="9157" w:type="dxa"/>
            <w:gridSpan w:val="5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6973DF5" w14:textId="77777777" w:rsidR="009742C5" w:rsidRPr="00A568AD" w:rsidRDefault="00000000">
            <w:pPr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>□제출 (※ 공고일 기준 유효기간 이내 확인)          □</w:t>
            </w:r>
            <w:proofErr w:type="spellStart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>미제출</w:t>
            </w:r>
            <w:proofErr w:type="spellEnd"/>
          </w:p>
        </w:tc>
      </w:tr>
      <w:tr w:rsidR="009742C5" w:rsidRPr="00A568AD" w14:paraId="46118BEF" w14:textId="77777777" w:rsidTr="00A568AD">
        <w:trPr>
          <w:cantSplit/>
          <w:trHeight w:hRule="exact" w:val="400"/>
          <w:jc w:val="center"/>
        </w:trPr>
        <w:tc>
          <w:tcPr>
            <w:tcW w:w="1277" w:type="dxa"/>
            <w:vMerge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</w:tcPr>
          <w:p w14:paraId="28351744" w14:textId="77777777" w:rsidR="009742C5" w:rsidRPr="00A568AD" w:rsidRDefault="009742C5">
            <w:pPr>
              <w:rPr>
                <w:rFonts w:ascii="함초롬바탕" w:eastAsia="함초롬바탕" w:hAnsi="함초롬바탕" w:cs="함초롬바탕"/>
                <w:lang w:eastAsia="ko-KR"/>
              </w:rPr>
            </w:pPr>
          </w:p>
        </w:tc>
        <w:tc>
          <w:tcPr>
            <w:tcW w:w="9157" w:type="dxa"/>
            <w:gridSpan w:val="5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7CA46F9" w14:textId="77777777" w:rsidR="009742C5" w:rsidRPr="00A568AD" w:rsidRDefault="00000000">
            <w:pPr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>[</w:t>
            </w:r>
            <w:proofErr w:type="spellStart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>시험명</w:t>
            </w:r>
            <w:proofErr w:type="spellEnd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 xml:space="preserve">]                 [시행일]        [점수(급수)]                  </w:t>
            </w:r>
            <w:proofErr w:type="gramStart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 xml:space="preserve">점(  </w:t>
            </w:r>
            <w:proofErr w:type="gramEnd"/>
            <w:r w:rsidRPr="00A568AD">
              <w:rPr>
                <w:rFonts w:ascii="함초롬바탕" w:eastAsia="함초롬바탕" w:hAnsi="함초롬바탕" w:cs="함초롬바탕"/>
                <w:sz w:val="17"/>
                <w:lang w:eastAsia="ko-KR"/>
              </w:rPr>
              <w:t xml:space="preserve">      급)</w:t>
            </w:r>
          </w:p>
        </w:tc>
      </w:tr>
      <w:tr w:rsidR="009742C5" w:rsidRPr="00A568AD" w14:paraId="2A64CE42" w14:textId="77777777" w:rsidTr="00A568AD">
        <w:trPr>
          <w:cantSplit/>
          <w:trHeight w:val="2807"/>
          <w:jc w:val="center"/>
        </w:trPr>
        <w:tc>
          <w:tcPr>
            <w:tcW w:w="10434" w:type="dxa"/>
            <w:gridSpan w:val="6"/>
            <w:tcBorders>
              <w:top w:val="single" w:sz="7" w:space="0" w:color="222222"/>
              <w:left w:val="single" w:sz="7" w:space="0" w:color="222222"/>
              <w:bottom w:val="single" w:sz="7" w:space="0" w:color="222222"/>
              <w:right w:val="single" w:sz="7" w:space="0" w:color="222222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32229F" w14:textId="01DB5A90" w:rsidR="009742C5" w:rsidRPr="00A568AD" w:rsidRDefault="00000000" w:rsidP="00A568AD">
            <w:pPr>
              <w:pStyle w:val="aa"/>
              <w:numPr>
                <w:ilvl w:val="0"/>
                <w:numId w:val="10"/>
              </w:numPr>
              <w:spacing w:after="24"/>
              <w:ind w:right="28"/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>위 기재 사항은 사실에 근거하여 작성하였고, 「202</w:t>
            </w:r>
            <w:r w:rsidR="00A568AD" w:rsidRPr="00A568AD">
              <w:rPr>
                <w:rFonts w:ascii="함초롬바탕" w:eastAsia="함초롬바탕" w:hAnsi="함초롬바탕" w:cs="함초롬바탕" w:hint="eastAsia"/>
                <w:sz w:val="18"/>
                <w:szCs w:val="24"/>
                <w:lang w:eastAsia="ko-KR"/>
              </w:rPr>
              <w:t>6</w:t>
            </w: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 xml:space="preserve"> 한일 대학생 우정의 만남」 대학생 교류대상자로 지원함에 있어 일체의 증빙 및 기재 자료에 허위가 없음을 서약하며, 상기 개인정보는 교류업무 및 유관 기관과의 사업 협력 추진 등을 위해 제공하는 데 동의합니다.</w:t>
            </w:r>
          </w:p>
          <w:p w14:paraId="36E1C416" w14:textId="572DF105" w:rsidR="00A568AD" w:rsidRPr="00A568AD" w:rsidRDefault="00000000" w:rsidP="00A568AD">
            <w:pPr>
              <w:pStyle w:val="aa"/>
              <w:numPr>
                <w:ilvl w:val="0"/>
                <w:numId w:val="10"/>
              </w:numPr>
              <w:spacing w:after="24"/>
              <w:ind w:right="28"/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 xml:space="preserve">본인은 프로그램 일정과 사업 내용을 확인하였으며, 기간 중 정해진 일정을 따르며, 활동에 적극적으로 참여하여 </w:t>
            </w:r>
          </w:p>
          <w:p w14:paraId="6066FC96" w14:textId="0CEA857E" w:rsidR="009742C5" w:rsidRPr="00A568AD" w:rsidRDefault="00000000" w:rsidP="00A568AD">
            <w:pPr>
              <w:pStyle w:val="aa"/>
              <w:spacing w:after="24"/>
              <w:ind w:left="800" w:right="28"/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>소기의 성과를 거두고자 본 프로그램에 지원합니다.</w:t>
            </w:r>
          </w:p>
          <w:p w14:paraId="64466CF6" w14:textId="18843B31" w:rsidR="00A568AD" w:rsidRPr="00A568AD" w:rsidRDefault="00000000" w:rsidP="00A568AD">
            <w:pPr>
              <w:pStyle w:val="aa"/>
              <w:numPr>
                <w:ilvl w:val="0"/>
                <w:numId w:val="10"/>
              </w:numPr>
              <w:spacing w:after="24"/>
              <w:ind w:right="28"/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>본인은 「202</w:t>
            </w:r>
            <w:r w:rsidR="00A568AD" w:rsidRPr="00A568AD">
              <w:rPr>
                <w:rFonts w:ascii="함초롬바탕" w:eastAsia="함초롬바탕" w:hAnsi="함초롬바탕" w:cs="함초롬바탕" w:hint="eastAsia"/>
                <w:sz w:val="18"/>
                <w:szCs w:val="24"/>
                <w:lang w:eastAsia="ko-KR"/>
              </w:rPr>
              <w:t>6</w:t>
            </w: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 xml:space="preserve"> 한일 대학생 우정의 만남」 교류 일정과 양국 정부의 코로나19 상황 등에 따라 사업이 변경되거나, </w:t>
            </w:r>
          </w:p>
          <w:p w14:paraId="69F4E3A0" w14:textId="070EF7D5" w:rsidR="009742C5" w:rsidRPr="00A568AD" w:rsidRDefault="00000000" w:rsidP="00A568AD">
            <w:pPr>
              <w:pStyle w:val="aa"/>
              <w:spacing w:after="24"/>
              <w:ind w:left="800" w:right="28"/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</w:pPr>
            <w:r w:rsidRPr="00A568AD">
              <w:rPr>
                <w:rFonts w:ascii="함초롬바탕" w:eastAsia="함초롬바탕" w:hAnsi="함초롬바탕" w:cs="함초롬바탕"/>
                <w:sz w:val="18"/>
                <w:szCs w:val="24"/>
                <w:lang w:eastAsia="ko-KR"/>
              </w:rPr>
              <w:t>취소될 수 있음을 확인하였습니다.</w:t>
            </w:r>
          </w:p>
          <w:p w14:paraId="3E899963" w14:textId="77777777" w:rsidR="00A568AD" w:rsidRDefault="00A568AD" w:rsidP="00A568AD">
            <w:pPr>
              <w:spacing w:before="40"/>
              <w:jc w:val="center"/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  <w:lang w:eastAsia="ko-KR"/>
              </w:rPr>
            </w:pPr>
          </w:p>
          <w:p w14:paraId="359C28DA" w14:textId="77777777" w:rsidR="00A568AD" w:rsidRDefault="00000000" w:rsidP="00A568AD">
            <w:pPr>
              <w:spacing w:before="40"/>
              <w:jc w:val="center"/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</w:pPr>
            <w:r w:rsidRPr="00A568AD"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  <w:t>202</w:t>
            </w:r>
            <w:r w:rsidR="00A568AD" w:rsidRPr="00A568AD">
              <w:rPr>
                <w:rFonts w:ascii="함초롬바탕" w:eastAsia="함초롬바탕" w:hAnsi="함초롬바탕" w:cs="함초롬바탕" w:hint="eastAsia"/>
                <w:b/>
                <w:bCs/>
                <w:sz w:val="22"/>
                <w:szCs w:val="32"/>
                <w:lang w:eastAsia="ko-KR"/>
              </w:rPr>
              <w:t>6</w:t>
            </w:r>
            <w:r w:rsidRPr="00A568AD"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  <w:t xml:space="preserve">.   </w:t>
            </w:r>
            <w:proofErr w:type="gramStart"/>
            <w:r w:rsidRPr="00A568AD"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  <w:t xml:space="preserve">  .</w:t>
            </w:r>
            <w:proofErr w:type="gramEnd"/>
            <w:r w:rsidRPr="00A568AD"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  <w:t xml:space="preserve">      .</w:t>
            </w:r>
          </w:p>
          <w:p w14:paraId="674F2336" w14:textId="5E450506" w:rsidR="009742C5" w:rsidRDefault="00A568AD" w:rsidP="00A568AD">
            <w:pPr>
              <w:spacing w:before="40"/>
              <w:jc w:val="center"/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  <w:lang w:eastAsia="ko-KR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noProof/>
                <w:sz w:val="2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BD4DCB" wp14:editId="710935A7">
                      <wp:simplePos x="0" y="0"/>
                      <wp:positionH relativeFrom="column">
                        <wp:posOffset>2686685</wp:posOffset>
                      </wp:positionH>
                      <wp:positionV relativeFrom="paragraph">
                        <wp:posOffset>219710</wp:posOffset>
                      </wp:positionV>
                      <wp:extent cx="1219200" cy="0"/>
                      <wp:effectExtent l="38100" t="38100" r="76200" b="95250"/>
                      <wp:wrapNone/>
                      <wp:docPr id="1" name="직선 연결선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CE43AF" id="직선 연결선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55pt,17.3pt" to="307.5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" strokecolor="black [3200]" strokeweight=".2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A568AD"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  <w:t>지 원 자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sz w:val="22"/>
                <w:szCs w:val="32"/>
                <w:lang w:eastAsia="ko-KR"/>
              </w:rPr>
              <w:t xml:space="preserve">                             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b/>
                <w:bCs/>
                <w:sz w:val="22"/>
                <w:szCs w:val="32"/>
                <w:lang w:eastAsia="ko-KR"/>
              </w:rPr>
              <w:t xml:space="preserve">   (</w:t>
            </w:r>
            <w:proofErr w:type="spellStart"/>
            <w:proofErr w:type="gramEnd"/>
            <w:r w:rsidRPr="00A568AD">
              <w:rPr>
                <w:rFonts w:ascii="함초롬바탕" w:eastAsia="함초롬바탕" w:hAnsi="함초롬바탕" w:cs="함초롬바탕"/>
                <w:b/>
                <w:bCs/>
                <w:sz w:val="22"/>
                <w:szCs w:val="32"/>
              </w:rPr>
              <w:t>서명</w:t>
            </w:r>
            <w:proofErr w:type="spellEnd"/>
            <w:r>
              <w:rPr>
                <w:rFonts w:ascii="함초롬바탕" w:eastAsia="함초롬바탕" w:hAnsi="함초롬바탕" w:cs="함초롬바탕" w:hint="eastAsia"/>
                <w:b/>
                <w:bCs/>
                <w:sz w:val="22"/>
                <w:szCs w:val="32"/>
                <w:lang w:eastAsia="ko-KR"/>
              </w:rPr>
              <w:t>)</w:t>
            </w:r>
          </w:p>
          <w:p w14:paraId="4D3CA3CD" w14:textId="3E4A2C13" w:rsidR="00A568AD" w:rsidRPr="00A568AD" w:rsidRDefault="00A568AD" w:rsidP="00A568AD">
            <w:pPr>
              <w:spacing w:before="40"/>
              <w:jc w:val="center"/>
              <w:rPr>
                <w:rFonts w:ascii="함초롬바탕" w:eastAsia="함초롬바탕" w:hAnsi="함초롬바탕" w:cs="함초롬바탕"/>
                <w:lang w:eastAsia="ko-KR"/>
              </w:rPr>
            </w:pPr>
          </w:p>
        </w:tc>
      </w:tr>
    </w:tbl>
    <w:p w14:paraId="78498B32" w14:textId="77777777" w:rsidR="00154577" w:rsidRDefault="00154577">
      <w:pPr>
        <w:rPr>
          <w:rFonts w:ascii="함초롬바탕" w:eastAsia="함초롬바탕" w:hAnsi="함초롬바탕" w:cs="함초롬바탕"/>
          <w:lang w:eastAsia="ko-KR"/>
        </w:rPr>
      </w:pPr>
    </w:p>
    <w:p w14:paraId="2A67FCBA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143D764D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5AC71789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556C848D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2E25C0EA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72EE95EA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297F1DB6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7C39C052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203C07DA" w14:textId="77777777" w:rsidR="00DA1E4C" w:rsidRDefault="00DA1E4C">
      <w:pPr>
        <w:rPr>
          <w:rFonts w:ascii="함초롬바탕" w:eastAsia="함초롬바탕" w:hAnsi="함초롬바탕" w:cs="함초롬바탕"/>
          <w:lang w:eastAsia="ko-KR"/>
        </w:rPr>
      </w:pPr>
    </w:p>
    <w:p w14:paraId="6BAC6ACA" w14:textId="77777777" w:rsidR="00DA1E4C" w:rsidRPr="00DA1E4C" w:rsidRDefault="00DA1E4C" w:rsidP="00DA1E4C">
      <w:pPr>
        <w:rPr>
          <w:rFonts w:ascii="함초롬바탕" w:eastAsia="함초롬바탕" w:hAnsi="함초롬바탕" w:cs="함초롬바탕"/>
          <w:lang w:eastAsia="ko-KR"/>
        </w:rPr>
      </w:pPr>
    </w:p>
    <w:p w14:paraId="5089B2FB" w14:textId="36E01B57" w:rsidR="00DA1E4C" w:rsidRPr="00DA1E4C" w:rsidRDefault="00DA1E4C" w:rsidP="00DA1E4C">
      <w:pPr>
        <w:ind w:firstLineChars="300" w:firstLine="570"/>
        <w:rPr>
          <w:rFonts w:ascii="함초롬바탕" w:eastAsia="함초롬바탕" w:hAnsi="함초롬바탕" w:cs="함초롬바탕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DA1E4C" w:rsidRPr="00DA1E4C" w14:paraId="2BA23FB7" w14:textId="77777777" w:rsidTr="00DA1E4C">
        <w:trPr>
          <w:trHeight w:val="680"/>
          <w:jc w:val="center"/>
        </w:trPr>
        <w:tc>
          <w:tcPr>
            <w:tcW w:w="9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A41ABA" w14:textId="0659AF45" w:rsidR="00DA1E4C" w:rsidRPr="00DA1E4C" w:rsidRDefault="00DA1E4C" w:rsidP="00DA1E4C">
            <w:pPr>
              <w:jc w:val="center"/>
              <w:rPr>
                <w:rFonts w:ascii="함초롬바탕" w:eastAsia="함초롬바탕" w:hAnsi="함초롬바탕" w:cs="함초롬바탕" w:hint="eastAsia"/>
                <w:b/>
                <w:bCs/>
                <w:sz w:val="36"/>
                <w:szCs w:val="36"/>
                <w:lang w:eastAsia="ko-KR"/>
              </w:rPr>
            </w:pPr>
            <w:r w:rsidRPr="00DA1E4C">
              <w:rPr>
                <w:rFonts w:ascii="함초롬바탕" w:eastAsia="함초롬바탕" w:hAnsi="함초롬바탕" w:cs="함초롬바탕" w:hint="eastAsia"/>
                <w:b/>
                <w:bCs/>
                <w:sz w:val="28"/>
                <w:szCs w:val="28"/>
                <w:lang w:eastAsia="ko-KR"/>
              </w:rPr>
              <w:t>에세이 주제: 내가 최근 관심을 가지게 된 일본문화</w:t>
            </w:r>
          </w:p>
        </w:tc>
      </w:tr>
    </w:tbl>
    <w:p w14:paraId="0A7329C6" w14:textId="58F39524" w:rsidR="00DA1E4C" w:rsidRPr="00DA1E4C" w:rsidRDefault="00DA1E4C" w:rsidP="00DA1E4C">
      <w:pPr>
        <w:ind w:firstLineChars="4100" w:firstLine="6560"/>
        <w:rPr>
          <w:rFonts w:ascii="함초롬바탕" w:eastAsia="함초롬바탕" w:hAnsi="함초롬바탕" w:cs="함초롬바탕"/>
          <w:sz w:val="16"/>
          <w:szCs w:val="18"/>
          <w:lang w:eastAsia="ko-KR"/>
        </w:rPr>
      </w:pPr>
      <w:r w:rsidRPr="00DA1E4C">
        <w:rPr>
          <w:rFonts w:ascii="함초롬바탕" w:eastAsia="함초롬바탕" w:hAnsi="함초롬바탕" w:cs="함초롬바탕"/>
          <w:i/>
          <w:sz w:val="16"/>
          <w:szCs w:val="18"/>
          <w:lang w:eastAsia="ko-KR"/>
        </w:rPr>
        <w:t xml:space="preserve">※ 에세이는 </w:t>
      </w:r>
      <w:r w:rsidRPr="00DA1E4C">
        <w:rPr>
          <w:rFonts w:ascii="함초롬바탕" w:eastAsia="함초롬바탕" w:hAnsi="함초롬바탕" w:cs="함초롬바탕" w:hint="eastAsia"/>
          <w:i/>
          <w:sz w:val="16"/>
          <w:szCs w:val="18"/>
          <w:lang w:eastAsia="ko-KR"/>
        </w:rPr>
        <w:t xml:space="preserve">한글로 </w:t>
      </w:r>
      <w:r w:rsidRPr="00DA1E4C">
        <w:rPr>
          <w:rFonts w:ascii="함초롬바탕" w:eastAsia="함초롬바탕" w:hAnsi="함초롬바탕" w:cs="함초롬바탕"/>
          <w:i/>
          <w:sz w:val="16"/>
          <w:szCs w:val="18"/>
          <w:lang w:eastAsia="ko-KR"/>
        </w:rPr>
        <w:t>A4 1매 이내로 작성해 주세요.</w:t>
      </w:r>
    </w:p>
    <w:p w14:paraId="7F163FAE" w14:textId="01C63830" w:rsidR="00DA1E4C" w:rsidRPr="00DA1E4C" w:rsidRDefault="00DA1E4C" w:rsidP="00DA1E4C">
      <w:pPr>
        <w:rPr>
          <w:rFonts w:ascii="함초롬바탕" w:eastAsia="함초롬바탕" w:hAnsi="함초롬바탕" w:cs="함초롬바탕" w:hint="eastAsia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DA1E4C" w:rsidRPr="00DA1E4C" w14:paraId="7D14FB7D" w14:textId="77777777" w:rsidTr="00DA1E4C">
        <w:trPr>
          <w:trHeight w:val="9714"/>
          <w:jc w:val="center"/>
        </w:trPr>
        <w:tc>
          <w:tcPr>
            <w:tcW w:w="9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hideMark/>
          </w:tcPr>
          <w:p w14:paraId="1396039B" w14:textId="3558ABF3" w:rsidR="00DA1E4C" w:rsidRPr="00DA1E4C" w:rsidRDefault="00DA1E4C" w:rsidP="00DA1E4C">
            <w:pPr>
              <w:rPr>
                <w:rFonts w:ascii="함초롬바탕" w:eastAsia="함초롬바탕" w:hAnsi="함초롬바탕" w:cs="함초롬바탕"/>
                <w:lang w:eastAsia="ko-KR"/>
              </w:rPr>
            </w:pPr>
            <w:r w:rsidRPr="00DA1E4C">
              <w:rPr>
                <w:rFonts w:ascii="함초롬바탕" w:eastAsia="함초롬바탕" w:hAnsi="함초롬바탕" w:cs="함초롬바탕"/>
                <w:i/>
                <w:sz w:val="16"/>
                <w:szCs w:val="18"/>
                <w:lang w:eastAsia="ko-KR"/>
              </w:rPr>
              <w:t>이곳에 에세이</w:t>
            </w:r>
            <w:r>
              <w:rPr>
                <w:rFonts w:ascii="함초롬바탕" w:eastAsia="함초롬바탕" w:hAnsi="함초롬바탕" w:cs="함초롬바탕" w:hint="eastAsia"/>
                <w:i/>
                <w:sz w:val="16"/>
                <w:szCs w:val="18"/>
                <w:lang w:eastAsia="ko-KR"/>
              </w:rPr>
              <w:t xml:space="preserve"> 제목과 본문</w:t>
            </w:r>
            <w:r w:rsidR="004D3ED2">
              <w:rPr>
                <w:rFonts w:ascii="함초롬바탕" w:eastAsia="함초롬바탕" w:hAnsi="함초롬바탕" w:cs="함초롬바탕" w:hint="eastAsia"/>
                <w:i/>
                <w:sz w:val="16"/>
                <w:szCs w:val="18"/>
                <w:lang w:eastAsia="ko-KR"/>
              </w:rPr>
              <w:t>을</w:t>
            </w:r>
            <w:r w:rsidRPr="00DA1E4C">
              <w:rPr>
                <w:rFonts w:ascii="함초롬바탕" w:eastAsia="함초롬바탕" w:hAnsi="함초롬바탕" w:cs="함초롬바탕"/>
                <w:i/>
                <w:sz w:val="16"/>
                <w:szCs w:val="18"/>
                <w:lang w:eastAsia="ko-KR"/>
              </w:rPr>
              <w:t xml:space="preserve"> 작성하세요.</w:t>
            </w:r>
          </w:p>
        </w:tc>
      </w:tr>
    </w:tbl>
    <w:p w14:paraId="2900F4BB" w14:textId="77777777" w:rsidR="00DA1E4C" w:rsidRPr="00DA1E4C" w:rsidRDefault="00DA1E4C" w:rsidP="00DA1E4C">
      <w:pPr>
        <w:rPr>
          <w:rFonts w:ascii="함초롬바탕" w:eastAsia="함초롬바탕" w:hAnsi="함초롬바탕" w:cs="함초롬바탕"/>
          <w:lang w:eastAsia="ko-KR"/>
        </w:rPr>
      </w:pPr>
    </w:p>
    <w:p w14:paraId="1423AC25" w14:textId="77777777" w:rsidR="00DA1E4C" w:rsidRPr="00A568AD" w:rsidRDefault="00DA1E4C">
      <w:pPr>
        <w:rPr>
          <w:rFonts w:ascii="함초롬바탕" w:eastAsia="함초롬바탕" w:hAnsi="함초롬바탕" w:cs="함초롬바탕" w:hint="eastAsia"/>
          <w:lang w:eastAsia="ko-KR"/>
        </w:rPr>
      </w:pPr>
    </w:p>
    <w:sectPr w:rsidR="00DA1E4C" w:rsidRPr="00A568AD" w:rsidSect="00034616">
      <w:pgSz w:w="11906" w:h="16838"/>
      <w:pgMar w:top="624" w:right="737" w:bottom="624" w:left="73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2E7A00"/>
    <w:multiLevelType w:val="hybridMultilevel"/>
    <w:tmpl w:val="95487F82"/>
    <w:lvl w:ilvl="0" w:tplc="955C52E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2A891085"/>
    <w:multiLevelType w:val="hybridMultilevel"/>
    <w:tmpl w:val="95487F82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21920202">
    <w:abstractNumId w:val="8"/>
  </w:num>
  <w:num w:numId="2" w16cid:durableId="1870602656">
    <w:abstractNumId w:val="6"/>
  </w:num>
  <w:num w:numId="3" w16cid:durableId="648900469">
    <w:abstractNumId w:val="5"/>
  </w:num>
  <w:num w:numId="4" w16cid:durableId="504827279">
    <w:abstractNumId w:val="4"/>
  </w:num>
  <w:num w:numId="5" w16cid:durableId="1880702551">
    <w:abstractNumId w:val="7"/>
  </w:num>
  <w:num w:numId="6" w16cid:durableId="872572077">
    <w:abstractNumId w:val="3"/>
  </w:num>
  <w:num w:numId="7" w16cid:durableId="1930305548">
    <w:abstractNumId w:val="2"/>
  </w:num>
  <w:num w:numId="8" w16cid:durableId="1024600825">
    <w:abstractNumId w:val="1"/>
  </w:num>
  <w:num w:numId="9" w16cid:durableId="391124261">
    <w:abstractNumId w:val="0"/>
  </w:num>
  <w:num w:numId="10" w16cid:durableId="1094856735">
    <w:abstractNumId w:val="9"/>
  </w:num>
  <w:num w:numId="11" w16cid:durableId="20837495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577"/>
    <w:rsid w:val="00253196"/>
    <w:rsid w:val="0029639D"/>
    <w:rsid w:val="002D16AD"/>
    <w:rsid w:val="00326F90"/>
    <w:rsid w:val="004D3ED2"/>
    <w:rsid w:val="00577231"/>
    <w:rsid w:val="009742C5"/>
    <w:rsid w:val="00A568AD"/>
    <w:rsid w:val="00AA1D8D"/>
    <w:rsid w:val="00B47730"/>
    <w:rsid w:val="00C330B6"/>
    <w:rsid w:val="00CB0664"/>
    <w:rsid w:val="00DA1E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63F3C"/>
  <w14:defaultImageDpi w14:val="300"/>
  <w15:docId w15:val="{CEA08566-718D-4ABB-8094-AD3E3650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SMU</cp:lastModifiedBy>
  <cp:revision>2</cp:revision>
  <dcterms:created xsi:type="dcterms:W3CDTF">2026-09-21T07:21:00Z</dcterms:created>
  <dcterms:modified xsi:type="dcterms:W3CDTF">2026-09-21T07:21:00Z</dcterms:modified>
  <cp:category/>
</cp:coreProperties>
</file>